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04C5" w14:textId="77777777" w:rsidR="00153231" w:rsidRDefault="00000000">
      <w:pPr>
        <w:pStyle w:val="Heading1"/>
      </w:pPr>
      <w:r>
        <w:t>THE WORSHIPFUL COMPANY OF WEAVERS</w:t>
      </w:r>
    </w:p>
    <w:p w14:paraId="74D36FC0" w14:textId="6BD5AF79" w:rsidR="00153231" w:rsidRDefault="00000000">
      <w:r>
        <w:rPr>
          <w:b/>
          <w:sz w:val="32"/>
        </w:rPr>
        <w:t>Order Form – The Weaver’s Trade</w:t>
      </w:r>
      <w:r>
        <w:rPr>
          <w:b/>
          <w:sz w:val="32"/>
        </w:rPr>
        <w:br/>
      </w:r>
      <w:r>
        <w:t>Price: £20.00 per copy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153231" w14:paraId="1375C3B2" w14:textId="77777777">
        <w:tc>
          <w:tcPr>
            <w:tcW w:w="2160" w:type="dxa"/>
          </w:tcPr>
          <w:p w14:paraId="6E73162D" w14:textId="77777777" w:rsidR="00153231" w:rsidRDefault="00000000">
            <w:r>
              <w:t>Item</w:t>
            </w:r>
          </w:p>
        </w:tc>
        <w:tc>
          <w:tcPr>
            <w:tcW w:w="2160" w:type="dxa"/>
          </w:tcPr>
          <w:p w14:paraId="5026BF3F" w14:textId="77777777" w:rsidR="00153231" w:rsidRDefault="00000000">
            <w:r>
              <w:t>Quantity</w:t>
            </w:r>
          </w:p>
        </w:tc>
        <w:tc>
          <w:tcPr>
            <w:tcW w:w="2160" w:type="dxa"/>
          </w:tcPr>
          <w:p w14:paraId="7983BA4F" w14:textId="77777777" w:rsidR="00153231" w:rsidRDefault="00000000">
            <w:r>
              <w:t>Price Each</w:t>
            </w:r>
          </w:p>
        </w:tc>
        <w:tc>
          <w:tcPr>
            <w:tcW w:w="2160" w:type="dxa"/>
          </w:tcPr>
          <w:p w14:paraId="4D8F7484" w14:textId="77777777" w:rsidR="00153231" w:rsidRDefault="00000000">
            <w:r>
              <w:t>Total</w:t>
            </w:r>
          </w:p>
        </w:tc>
      </w:tr>
      <w:tr w:rsidR="00153231" w14:paraId="6E6FD48E" w14:textId="77777777">
        <w:tc>
          <w:tcPr>
            <w:tcW w:w="2160" w:type="dxa"/>
          </w:tcPr>
          <w:p w14:paraId="27E1520A" w14:textId="77777777" w:rsidR="00153231" w:rsidRDefault="00000000">
            <w:r>
              <w:t>The Weaver’s Trade</w:t>
            </w:r>
          </w:p>
        </w:tc>
        <w:tc>
          <w:tcPr>
            <w:tcW w:w="2160" w:type="dxa"/>
          </w:tcPr>
          <w:p w14:paraId="0A152353" w14:textId="633088FB" w:rsidR="00153231" w:rsidRDefault="00153231"/>
        </w:tc>
        <w:tc>
          <w:tcPr>
            <w:tcW w:w="2160" w:type="dxa"/>
          </w:tcPr>
          <w:p w14:paraId="67F8EAE3" w14:textId="5C81FA4E" w:rsidR="00153231" w:rsidRDefault="00000000">
            <w:r>
              <w:t>£</w:t>
            </w:r>
            <w:r w:rsidR="00C54417">
              <w:t>15</w:t>
            </w:r>
            <w:r>
              <w:t>.00</w:t>
            </w:r>
          </w:p>
        </w:tc>
        <w:tc>
          <w:tcPr>
            <w:tcW w:w="2160" w:type="dxa"/>
          </w:tcPr>
          <w:p w14:paraId="5357E818" w14:textId="41074403" w:rsidR="00153231" w:rsidRDefault="00000000">
            <w:r>
              <w:t>£</w:t>
            </w:r>
          </w:p>
        </w:tc>
      </w:tr>
    </w:tbl>
    <w:p w14:paraId="533A44BF" w14:textId="77777777" w:rsidR="00153231" w:rsidRDefault="00000000">
      <w:r>
        <w:br/>
        <w:t>Total Amount Payable: £____________</w:t>
      </w:r>
    </w:p>
    <w:p w14:paraId="7D6C2248" w14:textId="77777777" w:rsidR="00153231" w:rsidRDefault="00000000">
      <w:pPr>
        <w:pStyle w:val="Heading2"/>
      </w:pPr>
      <w:r>
        <w:t>Purchaser Details</w:t>
      </w:r>
    </w:p>
    <w:p w14:paraId="386C2EA0" w14:textId="2813F4E8" w:rsidR="00153231" w:rsidRDefault="00000000">
      <w:r>
        <w:t>Name</w:t>
      </w:r>
      <w:r w:rsidR="009E6DDB">
        <w:t>:</w:t>
      </w:r>
    </w:p>
    <w:p w14:paraId="69E7B020" w14:textId="20A71D8F" w:rsidR="00153231" w:rsidRDefault="00000000">
      <w:r>
        <w:t>Address:</w:t>
      </w:r>
    </w:p>
    <w:p w14:paraId="4F2DDB41" w14:textId="77777777" w:rsidR="009E6DDB" w:rsidRDefault="009E6DDB"/>
    <w:p w14:paraId="785CBD2C" w14:textId="4625B00B" w:rsidR="00153231" w:rsidRDefault="00000000">
      <w:r>
        <w:t xml:space="preserve">Postcode: </w:t>
      </w:r>
    </w:p>
    <w:p w14:paraId="18D2435D" w14:textId="2D4136F0" w:rsidR="00153231" w:rsidRDefault="00000000">
      <w:r>
        <w:t xml:space="preserve">Telephone: </w:t>
      </w:r>
    </w:p>
    <w:p w14:paraId="556EFC5C" w14:textId="39E5655D" w:rsidR="00153231" w:rsidRDefault="00000000">
      <w:r>
        <w:t xml:space="preserve">Email: </w:t>
      </w:r>
    </w:p>
    <w:p w14:paraId="1DD42A65" w14:textId="77777777" w:rsidR="00153231" w:rsidRDefault="00000000">
      <w:pPr>
        <w:pStyle w:val="Heading2"/>
      </w:pPr>
      <w:r>
        <w:t>Delivery / Collection</w:t>
      </w:r>
    </w:p>
    <w:p w14:paraId="6F6B176A" w14:textId="031ABE90" w:rsidR="00153231" w:rsidRDefault="00000000">
      <w:r>
        <w:t>☐ I will collect my copy/copies</w:t>
      </w:r>
      <w:r w:rsidR="009E6DDB">
        <w:t xml:space="preserve"> from the office.</w:t>
      </w:r>
    </w:p>
    <w:p w14:paraId="7A6E3C95" w14:textId="77777777" w:rsidR="00153231" w:rsidRDefault="00000000">
      <w:r>
        <w:t>☐ Please post my order to the address above.</w:t>
      </w:r>
    </w:p>
    <w:p w14:paraId="721722BA" w14:textId="77777777" w:rsidR="00153231" w:rsidRDefault="00000000">
      <w:pPr>
        <w:pStyle w:val="Heading2"/>
      </w:pPr>
      <w:r>
        <w:t>Payment</w:t>
      </w:r>
    </w:p>
    <w:p w14:paraId="2E6AF312" w14:textId="77777777" w:rsidR="009E6DDB" w:rsidRDefault="00000000">
      <w:r>
        <w:t>Please make payment of £20 per copy payable to The Worshipful Company of Weavers</w:t>
      </w:r>
      <w:r w:rsidR="009E6DDB">
        <w:t xml:space="preserve"> via BACS:</w:t>
      </w:r>
    </w:p>
    <w:p w14:paraId="6F84E8F7" w14:textId="4E5AD935" w:rsidR="009E6DDB" w:rsidRDefault="009E6DDB" w:rsidP="009E6DDB">
      <w:pPr>
        <w:spacing w:after="0"/>
      </w:pPr>
      <w:r>
        <w:t xml:space="preserve">Acc Name: </w:t>
      </w:r>
      <w:r>
        <w:tab/>
        <w:t>Worshipful Co Weavers G/F</w:t>
      </w:r>
    </w:p>
    <w:p w14:paraId="1C5FF581" w14:textId="2A398AE5" w:rsidR="009E6DDB" w:rsidRDefault="009E6DDB" w:rsidP="009E6DDB">
      <w:pPr>
        <w:spacing w:after="0"/>
      </w:pPr>
      <w:r>
        <w:t>Acc No:</w:t>
      </w:r>
      <w:r>
        <w:tab/>
      </w:r>
      <w:r>
        <w:tab/>
      </w:r>
      <w:r w:rsidRPr="009E6DDB">
        <w:t>72475830</w:t>
      </w:r>
    </w:p>
    <w:p w14:paraId="4CC34954" w14:textId="36A9326E" w:rsidR="009E6DDB" w:rsidRDefault="009E6DDB" w:rsidP="009E6DDB">
      <w:pPr>
        <w:spacing w:after="0"/>
      </w:pPr>
      <w:r>
        <w:t>Sort Code:</w:t>
      </w:r>
      <w:r>
        <w:tab/>
        <w:t>15-99-00</w:t>
      </w:r>
    </w:p>
    <w:p w14:paraId="7C9C2A7C" w14:textId="4D34E338" w:rsidR="00153231" w:rsidRDefault="00000000" w:rsidP="009E6DDB">
      <w:pPr>
        <w:spacing w:after="0"/>
      </w:pPr>
      <w:r>
        <w:br/>
        <w:t>Reference: Book Order – [Surname]</w:t>
      </w:r>
    </w:p>
    <w:p w14:paraId="0E16CD10" w14:textId="77777777" w:rsidR="00153231" w:rsidRDefault="00000000">
      <w:pPr>
        <w:pStyle w:val="Heading2"/>
      </w:pPr>
      <w:r>
        <w:t>Return Orders To</w:t>
      </w:r>
    </w:p>
    <w:p w14:paraId="1BC59596" w14:textId="77777777" w:rsidR="00153231" w:rsidRDefault="00000000">
      <w:r>
        <w:t>The Clerk</w:t>
      </w:r>
      <w:r>
        <w:br/>
        <w:t>The Worshipful Company of Weavers</w:t>
      </w:r>
      <w:r>
        <w:br/>
        <w:t>Saddlers' House</w:t>
      </w:r>
      <w:r>
        <w:br/>
        <w:t>Gutter Lane</w:t>
      </w:r>
      <w:r>
        <w:br/>
        <w:t>London EC2V 6BR</w:t>
      </w:r>
      <w:r>
        <w:br/>
        <w:t>weavers@weavers.org.uk</w:t>
      </w:r>
    </w:p>
    <w:sectPr w:rsidR="001532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2605289">
    <w:abstractNumId w:val="8"/>
  </w:num>
  <w:num w:numId="2" w16cid:durableId="192115013">
    <w:abstractNumId w:val="6"/>
  </w:num>
  <w:num w:numId="3" w16cid:durableId="1173257451">
    <w:abstractNumId w:val="5"/>
  </w:num>
  <w:num w:numId="4" w16cid:durableId="645399932">
    <w:abstractNumId w:val="4"/>
  </w:num>
  <w:num w:numId="5" w16cid:durableId="112216733">
    <w:abstractNumId w:val="7"/>
  </w:num>
  <w:num w:numId="6" w16cid:durableId="93792425">
    <w:abstractNumId w:val="3"/>
  </w:num>
  <w:num w:numId="7" w16cid:durableId="2010788301">
    <w:abstractNumId w:val="2"/>
  </w:num>
  <w:num w:numId="8" w16cid:durableId="427041061">
    <w:abstractNumId w:val="1"/>
  </w:num>
  <w:num w:numId="9" w16cid:durableId="860820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3231"/>
    <w:rsid w:val="0029639D"/>
    <w:rsid w:val="00326F90"/>
    <w:rsid w:val="003D5922"/>
    <w:rsid w:val="009E6DDB"/>
    <w:rsid w:val="00AA1D8D"/>
    <w:rsid w:val="00B47730"/>
    <w:rsid w:val="00C54417"/>
    <w:rsid w:val="00CB0664"/>
    <w:rsid w:val="00E360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618759"/>
  <w14:defaultImageDpi w14:val="300"/>
  <w15:docId w15:val="{A7011CD7-F18A-4AD4-9D7C-86BEEE08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Gaselee</cp:lastModifiedBy>
  <cp:revision>3</cp:revision>
  <dcterms:created xsi:type="dcterms:W3CDTF">2026-06-23T08:15:00Z</dcterms:created>
  <dcterms:modified xsi:type="dcterms:W3CDTF">2026-07-01T14:21:00Z</dcterms:modified>
  <cp:category/>
</cp:coreProperties>
</file>